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OPINIA O FUNKCJONOWANIU UCZNIA</w:t>
      </w:r>
    </w:p>
    <w:p>
      <w:r>
        <w:t>Pieczęć szkoły:</w:t>
      </w:r>
    </w:p>
    <w:p>
      <w:r>
        <w:t>__________________________________________</w:t>
        <w:br/>
        <w:t>__________________________________________</w:t>
        <w:br/>
      </w:r>
    </w:p>
    <w:p>
      <w:r>
        <w:t>Uczeń: ................................................</w:t>
      </w:r>
    </w:p>
    <w:p>
      <w:r>
        <w:t>Klasa: ................................................</w:t>
      </w:r>
    </w:p>
    <w:p>
      <w:r>
        <w:t>Data: ................................................</w:t>
      </w:r>
    </w:p>
    <w:p>
      <w:r>
        <w:t>Uczeń posiada rozpoznanie: ................................................</w:t>
      </w:r>
    </w:p>
    <w:p>
      <w:r>
        <w:rPr>
          <w:b/>
        </w:rPr>
        <w:t>1. Funkcjonowanie ucznia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rPr>
          <w:b/>
        </w:rPr>
        <w:t>2. Mocne strony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rPr>
          <w:b/>
        </w:rPr>
        <w:t>3. Trudności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rPr>
          <w:b/>
        </w:rPr>
        <w:t>4. Wsparcie stosowane w szkole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rPr>
          <w:b/>
        </w:rPr>
        <w:t>5. Zalecenia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t>................................................</w:t>
      </w:r>
    </w:p>
    <w:p>
      <w:r>
        <w:br/>
        <w:t>Podpis nauczyciela / specjalisty: ................................................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